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ACD0C" w14:textId="605CBDD1" w:rsidR="00F83765" w:rsidRDefault="00400BE9" w:rsidP="00400BE9">
      <w:pPr>
        <w:jc w:val="center"/>
        <w:rPr>
          <w:rFonts w:ascii="ＭＳ ゴシック" w:eastAsia="ＭＳ ゴシック" w:hAnsi="ＭＳ ゴシック"/>
          <w:lang w:eastAsia="ja-JP"/>
        </w:rPr>
      </w:pPr>
      <w:r>
        <w:rPr>
          <w:rFonts w:ascii="ＭＳ ゴシック" w:eastAsia="ＭＳ ゴシック" w:hAnsi="ＭＳ ゴシック" w:hint="eastAsia"/>
          <w:lang w:eastAsia="ja-JP"/>
        </w:rPr>
        <w:t xml:space="preserve">愛知県立蒲郡高等学校　</w:t>
      </w:r>
      <w:r w:rsidR="00F83765">
        <w:rPr>
          <w:rFonts w:ascii="ＭＳ ゴシック" w:eastAsia="ＭＳ ゴシック" w:hAnsi="ＭＳ ゴシック" w:hint="eastAsia"/>
          <w:lang w:eastAsia="ja-JP"/>
        </w:rPr>
        <w:t>台風等異常気象時における対応（</w:t>
      </w:r>
      <w:r>
        <w:rPr>
          <w:rFonts w:ascii="ＭＳ ゴシック" w:eastAsia="ＭＳ ゴシック" w:hAnsi="ＭＳ ゴシック" w:hint="eastAsia"/>
          <w:lang w:eastAsia="ja-JP"/>
        </w:rPr>
        <w:t>令和８年</w:t>
      </w:r>
      <w:r w:rsidR="00596728">
        <w:rPr>
          <w:rFonts w:ascii="ＭＳ ゴシック" w:eastAsia="ＭＳ ゴシック" w:hAnsi="ＭＳ ゴシック" w:hint="eastAsia"/>
          <w:lang w:eastAsia="ja-JP"/>
        </w:rPr>
        <w:t>５</w:t>
      </w:r>
      <w:r>
        <w:rPr>
          <w:rFonts w:ascii="ＭＳ ゴシック" w:eastAsia="ＭＳ ゴシック" w:hAnsi="ＭＳ ゴシック" w:hint="eastAsia"/>
          <w:lang w:eastAsia="ja-JP"/>
        </w:rPr>
        <w:t>月</w:t>
      </w:r>
      <w:r w:rsidR="007B0FA2">
        <w:rPr>
          <w:rFonts w:ascii="ＭＳ ゴシック" w:eastAsia="ＭＳ ゴシック" w:hAnsi="ＭＳ ゴシック" w:hint="eastAsia"/>
          <w:lang w:eastAsia="ja-JP"/>
        </w:rPr>
        <w:t>29日</w:t>
      </w:r>
      <w:r>
        <w:rPr>
          <w:rFonts w:ascii="ＭＳ ゴシック" w:eastAsia="ＭＳ ゴシック" w:hAnsi="ＭＳ ゴシック" w:hint="eastAsia"/>
          <w:lang w:eastAsia="ja-JP"/>
        </w:rPr>
        <w:t>改訂版</w:t>
      </w:r>
      <w:r w:rsidR="00F83765">
        <w:rPr>
          <w:rFonts w:ascii="ＭＳ ゴシック" w:eastAsia="ＭＳ ゴシック" w:hAnsi="ＭＳ ゴシック" w:hint="eastAsia"/>
          <w:lang w:eastAsia="ja-JP"/>
        </w:rPr>
        <w:t>）</w:t>
      </w:r>
    </w:p>
    <w:tbl>
      <w:tblPr>
        <w:tblStyle w:val="afe"/>
        <w:tblpPr w:leftFromText="142" w:rightFromText="142" w:vertAnchor="text" w:horzAnchor="margin" w:tblpY="326"/>
        <w:tblW w:w="10183" w:type="dxa"/>
        <w:tblLook w:val="04A0" w:firstRow="1" w:lastRow="0" w:firstColumn="1" w:lastColumn="0" w:noHBand="0" w:noVBand="1"/>
      </w:tblPr>
      <w:tblGrid>
        <w:gridCol w:w="583"/>
        <w:gridCol w:w="1379"/>
        <w:gridCol w:w="2268"/>
        <w:gridCol w:w="3260"/>
        <w:gridCol w:w="2693"/>
      </w:tblGrid>
      <w:tr w:rsidR="00400BE9" w:rsidRPr="004002C0" w14:paraId="1731D7FE" w14:textId="77777777" w:rsidTr="005510EE">
        <w:trPr>
          <w:trHeight w:val="624"/>
        </w:trPr>
        <w:tc>
          <w:tcPr>
            <w:tcW w:w="4230" w:type="dxa"/>
            <w:gridSpan w:val="3"/>
            <w:tcBorders>
              <w:top w:val="single" w:sz="18" w:space="0" w:color="auto"/>
              <w:left w:val="single" w:sz="18" w:space="0" w:color="auto"/>
              <w:bottom w:val="double" w:sz="4" w:space="0" w:color="auto"/>
            </w:tcBorders>
            <w:vAlign w:val="center"/>
          </w:tcPr>
          <w:p w14:paraId="36866B1F" w14:textId="77777777" w:rsidR="00400BE9" w:rsidRPr="004002C0" w:rsidRDefault="00400BE9" w:rsidP="00400BE9">
            <w:pPr>
              <w:jc w:val="center"/>
              <w:rPr>
                <w:rFonts w:ascii="ＭＳ 明朝" w:eastAsia="ＭＳ 明朝" w:hAnsi="ＭＳ 明朝"/>
              </w:rPr>
            </w:pPr>
            <w:r w:rsidRPr="004002C0">
              <w:rPr>
                <w:rFonts w:ascii="ＭＳ 明朝" w:eastAsia="ＭＳ 明朝" w:hAnsi="ＭＳ 明朝" w:hint="eastAsia"/>
              </w:rPr>
              <w:t>種類</w:t>
            </w:r>
          </w:p>
        </w:tc>
        <w:tc>
          <w:tcPr>
            <w:tcW w:w="3260" w:type="dxa"/>
            <w:tcBorders>
              <w:top w:val="single" w:sz="18" w:space="0" w:color="auto"/>
              <w:bottom w:val="double" w:sz="4" w:space="0" w:color="auto"/>
            </w:tcBorders>
            <w:vAlign w:val="center"/>
          </w:tcPr>
          <w:p w14:paraId="5DC85AE1" w14:textId="77777777" w:rsidR="00400BE9" w:rsidRPr="004002C0" w:rsidRDefault="00400BE9" w:rsidP="00400BE9">
            <w:pPr>
              <w:jc w:val="center"/>
              <w:rPr>
                <w:rFonts w:ascii="ＭＳ 明朝" w:eastAsia="ＭＳ 明朝" w:hAnsi="ＭＳ 明朝"/>
                <w:lang w:eastAsia="ja-JP"/>
              </w:rPr>
            </w:pPr>
            <w:r w:rsidRPr="004002C0">
              <w:rPr>
                <w:rFonts w:ascii="ＭＳ 明朝" w:eastAsia="ＭＳ 明朝" w:hAnsi="ＭＳ 明朝" w:hint="eastAsia"/>
                <w:lang w:eastAsia="ja-JP"/>
              </w:rPr>
              <w:t>自宅にいる場合の対応</w:t>
            </w:r>
          </w:p>
        </w:tc>
        <w:tc>
          <w:tcPr>
            <w:tcW w:w="2693" w:type="dxa"/>
            <w:tcBorders>
              <w:top w:val="single" w:sz="18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6A5342AD" w14:textId="77777777" w:rsidR="00400BE9" w:rsidRPr="004002C0" w:rsidRDefault="00400BE9" w:rsidP="00400BE9">
            <w:pPr>
              <w:jc w:val="center"/>
              <w:rPr>
                <w:rFonts w:ascii="ＭＳ 明朝" w:eastAsia="ＭＳ 明朝" w:hAnsi="ＭＳ 明朝"/>
                <w:lang w:eastAsia="ja-JP"/>
              </w:rPr>
            </w:pPr>
            <w:r w:rsidRPr="004002C0">
              <w:rPr>
                <w:rFonts w:ascii="ＭＳ 明朝" w:eastAsia="ＭＳ 明朝" w:hAnsi="ＭＳ 明朝" w:hint="eastAsia"/>
                <w:lang w:eastAsia="ja-JP"/>
              </w:rPr>
              <w:t>学校にいる場合の対応</w:t>
            </w:r>
          </w:p>
        </w:tc>
      </w:tr>
      <w:tr w:rsidR="00400BE9" w:rsidRPr="004002C0" w14:paraId="6B985579" w14:textId="77777777" w:rsidTr="005510EE">
        <w:trPr>
          <w:cantSplit/>
          <w:trHeight w:val="859"/>
        </w:trPr>
        <w:tc>
          <w:tcPr>
            <w:tcW w:w="583" w:type="dxa"/>
            <w:vMerge w:val="restart"/>
            <w:tcBorders>
              <w:top w:val="double" w:sz="4" w:space="0" w:color="auto"/>
              <w:left w:val="single" w:sz="18" w:space="0" w:color="auto"/>
            </w:tcBorders>
            <w:textDirection w:val="tbRlV"/>
          </w:tcPr>
          <w:p w14:paraId="6E37E963" w14:textId="77777777" w:rsidR="00400BE9" w:rsidRDefault="00400BE9" w:rsidP="00400BE9">
            <w:pPr>
              <w:ind w:left="113" w:right="113"/>
              <w:jc w:val="center"/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気象台が発表する防災気象情報</w:t>
            </w:r>
          </w:p>
        </w:tc>
        <w:tc>
          <w:tcPr>
            <w:tcW w:w="1379" w:type="dxa"/>
            <w:tcBorders>
              <w:top w:val="single" w:sz="4" w:space="0" w:color="auto"/>
            </w:tcBorders>
            <w:vAlign w:val="center"/>
          </w:tcPr>
          <w:p w14:paraId="72016B0E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</w:rPr>
              <w:t>特別警報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B74EE19" w14:textId="77777777" w:rsidR="00400BE9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暴風・大雪・</w:t>
            </w:r>
          </w:p>
          <w:p w14:paraId="0FDF1239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暴風雪・波浪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vAlign w:val="center"/>
          </w:tcPr>
          <w:p w14:paraId="7BCABFB6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自宅待機</w:t>
            </w:r>
          </w:p>
          <w:p w14:paraId="2C29B35D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（直ちに命を守る最善行動）</w:t>
            </w:r>
          </w:p>
        </w:tc>
        <w:tc>
          <w:tcPr>
            <w:tcW w:w="2693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56D2AF35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校内待機</w:t>
            </w:r>
          </w:p>
        </w:tc>
      </w:tr>
      <w:tr w:rsidR="00400BE9" w:rsidRPr="004002C0" w14:paraId="07D66362" w14:textId="77777777" w:rsidTr="005510EE">
        <w:trPr>
          <w:cantSplit/>
          <w:trHeight w:val="624"/>
        </w:trPr>
        <w:tc>
          <w:tcPr>
            <w:tcW w:w="583" w:type="dxa"/>
            <w:vMerge/>
            <w:tcBorders>
              <w:left w:val="single" w:sz="18" w:space="0" w:color="auto"/>
            </w:tcBorders>
            <w:textDirection w:val="tbRlV"/>
          </w:tcPr>
          <w:p w14:paraId="4E13FF43" w14:textId="77777777" w:rsidR="00400BE9" w:rsidRDefault="00400BE9" w:rsidP="00400BE9">
            <w:pPr>
              <w:ind w:left="113" w:right="113"/>
              <w:jc w:val="center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1379" w:type="dxa"/>
            <w:vMerge w:val="restart"/>
            <w:tcBorders>
              <w:top w:val="single" w:sz="4" w:space="0" w:color="auto"/>
            </w:tcBorders>
            <w:vAlign w:val="center"/>
          </w:tcPr>
          <w:p w14:paraId="7034945D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</w:rPr>
              <w:t>警報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2C2CAA9F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</w:rPr>
              <w:t>暴風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489A72E6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自宅待機</w:t>
            </w:r>
          </w:p>
          <w:p w14:paraId="6836B2ED" w14:textId="25C5CCD3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・</w:t>
            </w:r>
            <w:r w:rsidR="00596728">
              <w:rPr>
                <w:rFonts w:ascii="ＭＳ 明朝" w:eastAsia="ＭＳ 明朝" w:hAnsi="ＭＳ 明朝" w:hint="eastAsia"/>
                <w:lang w:eastAsia="ja-JP"/>
              </w:rPr>
              <w:t>午前６時45分</w:t>
            </w:r>
            <w:r w:rsidRPr="003273DE">
              <w:rPr>
                <w:rFonts w:ascii="ＭＳ 明朝" w:eastAsia="ＭＳ 明朝" w:hAnsi="ＭＳ 明朝" w:hint="eastAsia"/>
                <w:lang w:eastAsia="ja-JP"/>
              </w:rPr>
              <w:t>までに解除</w:t>
            </w:r>
          </w:p>
          <w:p w14:paraId="157B11FB" w14:textId="77777777" w:rsidR="00400BE9" w:rsidRPr="003273DE" w:rsidRDefault="00400BE9" w:rsidP="00400BE9">
            <w:pPr>
              <w:ind w:firstLineChars="100" w:firstLine="220"/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→平常授業</w:t>
            </w:r>
          </w:p>
          <w:p w14:paraId="2D6D8288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・午前1</w:t>
            </w:r>
            <w:r w:rsidRPr="003273DE">
              <w:rPr>
                <w:rFonts w:ascii="ＭＳ 明朝" w:eastAsia="ＭＳ 明朝" w:hAnsi="ＭＳ 明朝"/>
                <w:lang w:eastAsia="ja-JP"/>
              </w:rPr>
              <w:t>1</w:t>
            </w:r>
            <w:r w:rsidRPr="003273DE">
              <w:rPr>
                <w:rFonts w:ascii="ＭＳ 明朝" w:eastAsia="ＭＳ 明朝" w:hAnsi="ＭＳ 明朝" w:hint="eastAsia"/>
                <w:lang w:eastAsia="ja-JP"/>
              </w:rPr>
              <w:t>時までに解除</w:t>
            </w:r>
          </w:p>
          <w:p w14:paraId="5D3565A9" w14:textId="77777777" w:rsidR="00400BE9" w:rsidRPr="003273DE" w:rsidRDefault="00400BE9" w:rsidP="00400BE9">
            <w:pPr>
              <w:ind w:firstLineChars="100" w:firstLine="220"/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→解除後２時間を経て授業</w:t>
            </w:r>
          </w:p>
          <w:p w14:paraId="6489DE75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・午前1</w:t>
            </w:r>
            <w:r w:rsidRPr="003273DE">
              <w:rPr>
                <w:rFonts w:ascii="ＭＳ 明朝" w:eastAsia="ＭＳ 明朝" w:hAnsi="ＭＳ 明朝"/>
                <w:lang w:eastAsia="ja-JP"/>
              </w:rPr>
              <w:t>1</w:t>
            </w:r>
            <w:r w:rsidRPr="003273DE">
              <w:rPr>
                <w:rFonts w:ascii="ＭＳ 明朝" w:eastAsia="ＭＳ 明朝" w:hAnsi="ＭＳ 明朝" w:hint="eastAsia"/>
                <w:lang w:eastAsia="ja-JP"/>
              </w:rPr>
              <w:t>時以降継続</w:t>
            </w:r>
          </w:p>
          <w:p w14:paraId="18281515" w14:textId="77777777" w:rsidR="00400BE9" w:rsidRPr="003273DE" w:rsidRDefault="00400BE9" w:rsidP="00400BE9">
            <w:pPr>
              <w:ind w:firstLineChars="100" w:firstLine="220"/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→休業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54BD93A7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下校または</w:t>
            </w:r>
            <w:r w:rsidRPr="003273DE">
              <w:rPr>
                <w:rFonts w:ascii="ＭＳ 明朝" w:eastAsia="ＭＳ 明朝" w:hAnsi="ＭＳ 明朝" w:hint="eastAsia"/>
              </w:rPr>
              <w:t>校内待機</w:t>
            </w:r>
          </w:p>
        </w:tc>
      </w:tr>
      <w:tr w:rsidR="00400BE9" w:rsidRPr="004002C0" w14:paraId="228ADD67" w14:textId="77777777" w:rsidTr="005510EE">
        <w:trPr>
          <w:cantSplit/>
          <w:trHeight w:val="510"/>
        </w:trPr>
        <w:tc>
          <w:tcPr>
            <w:tcW w:w="583" w:type="dxa"/>
            <w:vMerge/>
            <w:tcBorders>
              <w:left w:val="single" w:sz="18" w:space="0" w:color="auto"/>
            </w:tcBorders>
            <w:textDirection w:val="tbRlV"/>
          </w:tcPr>
          <w:p w14:paraId="46AF67CA" w14:textId="77777777" w:rsidR="00400BE9" w:rsidRDefault="00400BE9" w:rsidP="00400BE9">
            <w:pPr>
              <w:ind w:left="113" w:right="113"/>
              <w:jc w:val="center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1379" w:type="dxa"/>
            <w:vMerge/>
            <w:vAlign w:val="center"/>
          </w:tcPr>
          <w:p w14:paraId="522D8B45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14:paraId="3844BC92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大雪・暴風雪・波浪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vAlign w:val="center"/>
          </w:tcPr>
          <w:p w14:paraId="4002F319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</w:rPr>
              <w:t>平常登校</w:t>
            </w:r>
          </w:p>
        </w:tc>
        <w:tc>
          <w:tcPr>
            <w:tcW w:w="2693" w:type="dxa"/>
            <w:tcBorders>
              <w:top w:val="single" w:sz="4" w:space="0" w:color="auto"/>
              <w:right w:val="single" w:sz="18" w:space="0" w:color="auto"/>
            </w:tcBorders>
            <w:vAlign w:val="center"/>
          </w:tcPr>
          <w:p w14:paraId="4C34D98D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</w:rPr>
              <w:t>平常</w:t>
            </w:r>
            <w:r>
              <w:rPr>
                <w:rFonts w:ascii="ＭＳ 明朝" w:eastAsia="ＭＳ 明朝" w:hAnsi="ＭＳ 明朝" w:hint="eastAsia"/>
                <w:lang w:eastAsia="ja-JP"/>
              </w:rPr>
              <w:t>授業</w:t>
            </w:r>
          </w:p>
        </w:tc>
      </w:tr>
      <w:tr w:rsidR="00400BE9" w:rsidRPr="004002C0" w14:paraId="412ED52C" w14:textId="77777777" w:rsidTr="005510EE">
        <w:trPr>
          <w:cantSplit/>
          <w:trHeight w:val="510"/>
        </w:trPr>
        <w:tc>
          <w:tcPr>
            <w:tcW w:w="583" w:type="dxa"/>
            <w:vMerge/>
            <w:tcBorders>
              <w:left w:val="single" w:sz="18" w:space="0" w:color="auto"/>
            </w:tcBorders>
            <w:textDirection w:val="tbRlV"/>
          </w:tcPr>
          <w:p w14:paraId="445C7077" w14:textId="77777777" w:rsidR="00400BE9" w:rsidRDefault="00400BE9" w:rsidP="00400BE9">
            <w:pPr>
              <w:ind w:left="113" w:right="113"/>
              <w:jc w:val="center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1379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295359FA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注意報</w:t>
            </w:r>
          </w:p>
        </w:tc>
        <w:tc>
          <w:tcPr>
            <w:tcW w:w="2268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7DAF9000" w14:textId="77777777" w:rsidR="00400BE9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大雪・強風・その他</w:t>
            </w:r>
          </w:p>
        </w:tc>
        <w:tc>
          <w:tcPr>
            <w:tcW w:w="3260" w:type="dxa"/>
            <w:tcBorders>
              <w:top w:val="single" w:sz="4" w:space="0" w:color="auto"/>
              <w:bottom w:val="double" w:sz="4" w:space="0" w:color="auto"/>
            </w:tcBorders>
            <w:vAlign w:val="center"/>
          </w:tcPr>
          <w:p w14:paraId="53345B71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</w:rPr>
              <w:t>平常登校</w:t>
            </w:r>
          </w:p>
        </w:tc>
        <w:tc>
          <w:tcPr>
            <w:tcW w:w="2693" w:type="dxa"/>
            <w:tcBorders>
              <w:top w:val="single" w:sz="4" w:space="0" w:color="auto"/>
              <w:bottom w:val="double" w:sz="4" w:space="0" w:color="auto"/>
              <w:right w:val="single" w:sz="18" w:space="0" w:color="auto"/>
            </w:tcBorders>
            <w:vAlign w:val="center"/>
          </w:tcPr>
          <w:p w14:paraId="1AA4D93E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</w:rPr>
              <w:t>平常</w:t>
            </w:r>
            <w:r>
              <w:rPr>
                <w:rFonts w:ascii="ＭＳ 明朝" w:eastAsia="ＭＳ 明朝" w:hAnsi="ＭＳ 明朝" w:hint="eastAsia"/>
                <w:lang w:eastAsia="ja-JP"/>
              </w:rPr>
              <w:t>授業</w:t>
            </w:r>
          </w:p>
        </w:tc>
      </w:tr>
      <w:tr w:rsidR="00400BE9" w:rsidRPr="004002C0" w14:paraId="10A4190E" w14:textId="77777777" w:rsidTr="005510EE">
        <w:trPr>
          <w:cantSplit/>
          <w:trHeight w:val="964"/>
        </w:trPr>
        <w:tc>
          <w:tcPr>
            <w:tcW w:w="583" w:type="dxa"/>
            <w:vMerge/>
            <w:tcBorders>
              <w:left w:val="single" w:sz="18" w:space="0" w:color="auto"/>
            </w:tcBorders>
            <w:textDirection w:val="tbRlV"/>
          </w:tcPr>
          <w:p w14:paraId="3CB4D4EC" w14:textId="77777777" w:rsidR="00400BE9" w:rsidRPr="004002C0" w:rsidRDefault="00400BE9" w:rsidP="00400BE9">
            <w:pPr>
              <w:ind w:left="113" w:right="113"/>
              <w:jc w:val="center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1379" w:type="dxa"/>
            <w:tcBorders>
              <w:top w:val="double" w:sz="4" w:space="0" w:color="auto"/>
            </w:tcBorders>
            <w:vAlign w:val="center"/>
          </w:tcPr>
          <w:p w14:paraId="005936B5" w14:textId="77777777" w:rsidR="00400BE9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レベル５</w:t>
            </w:r>
          </w:p>
          <w:p w14:paraId="7994707A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特別警報</w:t>
            </w:r>
          </w:p>
        </w:tc>
        <w:tc>
          <w:tcPr>
            <w:tcW w:w="2268" w:type="dxa"/>
            <w:vMerge w:val="restart"/>
            <w:tcBorders>
              <w:top w:val="double" w:sz="4" w:space="0" w:color="auto"/>
            </w:tcBorders>
            <w:vAlign w:val="center"/>
          </w:tcPr>
          <w:p w14:paraId="4EABF766" w14:textId="77777777" w:rsidR="00400BE9" w:rsidRDefault="00400BE9" w:rsidP="00400BE9">
            <w:pPr>
              <w:spacing w:afterLines="50" w:after="120"/>
              <w:jc w:val="both"/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大雨</w:t>
            </w:r>
            <w:r>
              <w:rPr>
                <w:rFonts w:ascii="ＭＳ 明朝" w:eastAsia="ＭＳ 明朝" w:hAnsi="ＭＳ 明朝" w:hint="eastAsia"/>
                <w:lang w:eastAsia="ja-JP"/>
              </w:rPr>
              <w:t>・</w:t>
            </w:r>
            <w:r w:rsidRPr="003273DE">
              <w:rPr>
                <w:rFonts w:ascii="ＭＳ 明朝" w:eastAsia="ＭＳ 明朝" w:hAnsi="ＭＳ 明朝" w:hint="eastAsia"/>
                <w:lang w:eastAsia="ja-JP"/>
              </w:rPr>
              <w:t>氾濫</w:t>
            </w:r>
            <w:r>
              <w:rPr>
                <w:rFonts w:ascii="ＭＳ 明朝" w:eastAsia="ＭＳ 明朝" w:hAnsi="ＭＳ 明朝" w:hint="eastAsia"/>
                <w:lang w:eastAsia="ja-JP"/>
              </w:rPr>
              <w:t>・</w:t>
            </w:r>
          </w:p>
          <w:p w14:paraId="363EEEAE" w14:textId="77777777" w:rsidR="00400BE9" w:rsidRPr="00DF4A76" w:rsidRDefault="00400BE9" w:rsidP="00400BE9">
            <w:pPr>
              <w:spacing w:afterLines="50" w:after="120"/>
              <w:jc w:val="both"/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土砂災害</w:t>
            </w:r>
            <w:r>
              <w:rPr>
                <w:rFonts w:ascii="ＭＳ 明朝" w:eastAsia="ＭＳ 明朝" w:hAnsi="ＭＳ 明朝" w:hint="eastAsia"/>
                <w:lang w:eastAsia="ja-JP"/>
              </w:rPr>
              <w:t>・</w:t>
            </w:r>
            <w:r w:rsidRPr="003273DE">
              <w:rPr>
                <w:rFonts w:ascii="ＭＳ 明朝" w:eastAsia="ＭＳ 明朝" w:hAnsi="ＭＳ 明朝" w:hint="eastAsia"/>
                <w:lang w:eastAsia="ja-JP"/>
              </w:rPr>
              <w:t>高潮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vAlign w:val="center"/>
          </w:tcPr>
          <w:p w14:paraId="27574EE5" w14:textId="77777777" w:rsidR="00400BE9" w:rsidRPr="003273DE" w:rsidRDefault="00400BE9" w:rsidP="00400BE9">
            <w:pPr>
              <w:jc w:val="both"/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自宅待機</w:t>
            </w:r>
          </w:p>
          <w:p w14:paraId="5B7A7E2F" w14:textId="77777777" w:rsidR="00400BE9" w:rsidRPr="003273DE" w:rsidRDefault="00400BE9" w:rsidP="00400BE9">
            <w:pPr>
              <w:jc w:val="both"/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（直ちに命を守る最善行動）</w:t>
            </w:r>
          </w:p>
        </w:tc>
        <w:tc>
          <w:tcPr>
            <w:tcW w:w="2693" w:type="dxa"/>
            <w:tcBorders>
              <w:top w:val="double" w:sz="4" w:space="0" w:color="auto"/>
              <w:right w:val="single" w:sz="18" w:space="0" w:color="auto"/>
            </w:tcBorders>
            <w:vAlign w:val="center"/>
          </w:tcPr>
          <w:p w14:paraId="0547A67F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校内待機</w:t>
            </w:r>
          </w:p>
          <w:p w14:paraId="28CB0C50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C3FB0">
              <w:rPr>
                <w:rFonts w:ascii="ＭＳ 明朝" w:eastAsia="ＭＳ 明朝" w:hAnsi="ＭＳ 明朝" w:hint="eastAsia"/>
                <w:lang w:eastAsia="ja-JP"/>
              </w:rPr>
              <w:t>校内の高い場所または崖から離れた場所に移動</w:t>
            </w:r>
          </w:p>
        </w:tc>
      </w:tr>
      <w:tr w:rsidR="00400BE9" w:rsidRPr="004002C0" w14:paraId="41C277A4" w14:textId="77777777" w:rsidTr="005510EE">
        <w:trPr>
          <w:cantSplit/>
          <w:trHeight w:val="964"/>
        </w:trPr>
        <w:tc>
          <w:tcPr>
            <w:tcW w:w="583" w:type="dxa"/>
            <w:vMerge/>
            <w:tcBorders>
              <w:left w:val="single" w:sz="18" w:space="0" w:color="auto"/>
            </w:tcBorders>
            <w:textDirection w:val="tbRlV"/>
          </w:tcPr>
          <w:p w14:paraId="0261E636" w14:textId="77777777" w:rsidR="00400BE9" w:rsidRDefault="00400BE9" w:rsidP="00400BE9">
            <w:pPr>
              <w:ind w:left="113" w:right="113"/>
              <w:jc w:val="center"/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1379" w:type="dxa"/>
            <w:tcBorders>
              <w:top w:val="single" w:sz="4" w:space="0" w:color="auto"/>
            </w:tcBorders>
            <w:vAlign w:val="center"/>
          </w:tcPr>
          <w:p w14:paraId="00C95AF8" w14:textId="77777777" w:rsidR="00400BE9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レベル４</w:t>
            </w:r>
          </w:p>
          <w:p w14:paraId="47B39C29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危険警報</w:t>
            </w:r>
          </w:p>
        </w:tc>
        <w:tc>
          <w:tcPr>
            <w:tcW w:w="2268" w:type="dxa"/>
            <w:vMerge/>
            <w:vAlign w:val="center"/>
          </w:tcPr>
          <w:p w14:paraId="507AA6FB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3260" w:type="dxa"/>
            <w:vAlign w:val="center"/>
          </w:tcPr>
          <w:p w14:paraId="0C64CCF8" w14:textId="77777777" w:rsidR="00400BE9" w:rsidRPr="003273DE" w:rsidRDefault="00400BE9" w:rsidP="00400BE9">
            <w:pPr>
              <w:jc w:val="both"/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自宅待機</w:t>
            </w:r>
          </w:p>
          <w:p w14:paraId="1217FB25" w14:textId="77777777" w:rsidR="00400BE9" w:rsidRPr="003273DE" w:rsidRDefault="00400BE9" w:rsidP="00400BE9">
            <w:pPr>
              <w:jc w:val="both"/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（早めの避難を考慮する）</w:t>
            </w:r>
          </w:p>
        </w:tc>
        <w:tc>
          <w:tcPr>
            <w:tcW w:w="2693" w:type="dxa"/>
            <w:tcBorders>
              <w:right w:val="single" w:sz="18" w:space="0" w:color="auto"/>
            </w:tcBorders>
            <w:vAlign w:val="center"/>
          </w:tcPr>
          <w:p w14:paraId="3D0A84FF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校内待機</w:t>
            </w:r>
          </w:p>
          <w:p w14:paraId="579CFA36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校外の避難所への移動</w:t>
            </w:r>
          </w:p>
          <w:p w14:paraId="3C37BFB6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</w:rPr>
              <w:t>保護者へ引き渡し等</w:t>
            </w:r>
          </w:p>
        </w:tc>
      </w:tr>
      <w:tr w:rsidR="00400BE9" w:rsidRPr="004002C0" w14:paraId="369266FD" w14:textId="77777777" w:rsidTr="005510EE">
        <w:trPr>
          <w:cantSplit/>
          <w:trHeight w:val="666"/>
        </w:trPr>
        <w:tc>
          <w:tcPr>
            <w:tcW w:w="583" w:type="dxa"/>
            <w:vMerge/>
            <w:tcBorders>
              <w:left w:val="single" w:sz="18" w:space="0" w:color="auto"/>
            </w:tcBorders>
            <w:textDirection w:val="tbRlV"/>
          </w:tcPr>
          <w:p w14:paraId="5C74B634" w14:textId="77777777" w:rsidR="00400BE9" w:rsidRPr="004002C0" w:rsidRDefault="00400BE9" w:rsidP="00400BE9">
            <w:pPr>
              <w:ind w:left="113" w:right="113"/>
              <w:rPr>
                <w:rFonts w:ascii="ＭＳ 明朝" w:eastAsia="ＭＳ 明朝" w:hAnsi="ＭＳ 明朝"/>
              </w:rPr>
            </w:pPr>
          </w:p>
        </w:tc>
        <w:tc>
          <w:tcPr>
            <w:tcW w:w="1379" w:type="dxa"/>
            <w:vAlign w:val="center"/>
          </w:tcPr>
          <w:p w14:paraId="047ECAC0" w14:textId="77777777" w:rsidR="00400BE9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レベル3</w:t>
            </w:r>
          </w:p>
          <w:p w14:paraId="0F34E3C5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警報</w:t>
            </w:r>
          </w:p>
        </w:tc>
        <w:tc>
          <w:tcPr>
            <w:tcW w:w="2268" w:type="dxa"/>
            <w:vMerge/>
            <w:vAlign w:val="center"/>
          </w:tcPr>
          <w:p w14:paraId="7B12C2FF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3260" w:type="dxa"/>
            <w:vAlign w:val="center"/>
          </w:tcPr>
          <w:p w14:paraId="19CFA6F3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</w:rPr>
              <w:t>平常登校</w:t>
            </w:r>
          </w:p>
        </w:tc>
        <w:tc>
          <w:tcPr>
            <w:tcW w:w="2693" w:type="dxa"/>
            <w:tcBorders>
              <w:right w:val="single" w:sz="18" w:space="0" w:color="auto"/>
            </w:tcBorders>
            <w:vAlign w:val="center"/>
          </w:tcPr>
          <w:p w14:paraId="4E448AEC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</w:rPr>
              <w:t>平常</w:t>
            </w:r>
            <w:r>
              <w:rPr>
                <w:rFonts w:ascii="ＭＳ 明朝" w:eastAsia="ＭＳ 明朝" w:hAnsi="ＭＳ 明朝" w:hint="eastAsia"/>
                <w:lang w:eastAsia="ja-JP"/>
              </w:rPr>
              <w:t>授業</w:t>
            </w:r>
          </w:p>
        </w:tc>
      </w:tr>
      <w:tr w:rsidR="00400BE9" w:rsidRPr="004002C0" w14:paraId="4E0EAC92" w14:textId="77777777" w:rsidTr="005510EE">
        <w:trPr>
          <w:cantSplit/>
          <w:trHeight w:val="737"/>
        </w:trPr>
        <w:tc>
          <w:tcPr>
            <w:tcW w:w="583" w:type="dxa"/>
            <w:vMerge/>
            <w:tcBorders>
              <w:left w:val="single" w:sz="18" w:space="0" w:color="auto"/>
              <w:bottom w:val="single" w:sz="18" w:space="0" w:color="auto"/>
            </w:tcBorders>
            <w:textDirection w:val="tbRlV"/>
          </w:tcPr>
          <w:p w14:paraId="2985B6ED" w14:textId="77777777" w:rsidR="00400BE9" w:rsidRPr="004002C0" w:rsidRDefault="00400BE9" w:rsidP="00400BE9">
            <w:pPr>
              <w:ind w:left="113" w:right="113"/>
              <w:rPr>
                <w:rFonts w:ascii="ＭＳ 明朝" w:eastAsia="ＭＳ 明朝" w:hAnsi="ＭＳ 明朝"/>
              </w:rPr>
            </w:pPr>
          </w:p>
        </w:tc>
        <w:tc>
          <w:tcPr>
            <w:tcW w:w="1379" w:type="dxa"/>
            <w:tcBorders>
              <w:bottom w:val="single" w:sz="18" w:space="0" w:color="auto"/>
            </w:tcBorders>
            <w:vAlign w:val="center"/>
          </w:tcPr>
          <w:p w14:paraId="09C772B9" w14:textId="77777777" w:rsidR="00400BE9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レベル2</w:t>
            </w:r>
          </w:p>
          <w:p w14:paraId="4388E7C4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注意報</w:t>
            </w:r>
          </w:p>
        </w:tc>
        <w:tc>
          <w:tcPr>
            <w:tcW w:w="2268" w:type="dxa"/>
            <w:vMerge/>
            <w:tcBorders>
              <w:bottom w:val="single" w:sz="18" w:space="0" w:color="auto"/>
            </w:tcBorders>
            <w:vAlign w:val="center"/>
          </w:tcPr>
          <w:p w14:paraId="76302BC2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</w:p>
        </w:tc>
        <w:tc>
          <w:tcPr>
            <w:tcW w:w="3260" w:type="dxa"/>
            <w:tcBorders>
              <w:bottom w:val="single" w:sz="18" w:space="0" w:color="auto"/>
            </w:tcBorders>
            <w:vAlign w:val="center"/>
          </w:tcPr>
          <w:p w14:paraId="310B9E59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平常登校</w:t>
            </w:r>
          </w:p>
        </w:tc>
        <w:tc>
          <w:tcPr>
            <w:tcW w:w="2693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25C69353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</w:rPr>
              <w:t>平常</w:t>
            </w:r>
            <w:r>
              <w:rPr>
                <w:rFonts w:ascii="ＭＳ 明朝" w:eastAsia="ＭＳ 明朝" w:hAnsi="ＭＳ 明朝" w:hint="eastAsia"/>
                <w:lang w:eastAsia="ja-JP"/>
              </w:rPr>
              <w:t>授業</w:t>
            </w:r>
          </w:p>
        </w:tc>
      </w:tr>
      <w:tr w:rsidR="00400BE9" w:rsidRPr="004002C0" w14:paraId="5138E458" w14:textId="77777777" w:rsidTr="005510EE">
        <w:trPr>
          <w:cantSplit/>
          <w:trHeight w:val="907"/>
        </w:trPr>
        <w:tc>
          <w:tcPr>
            <w:tcW w:w="583" w:type="dxa"/>
            <w:vMerge w:val="restart"/>
            <w:tcBorders>
              <w:top w:val="single" w:sz="18" w:space="0" w:color="auto"/>
              <w:left w:val="single" w:sz="18" w:space="0" w:color="auto"/>
            </w:tcBorders>
            <w:textDirection w:val="tbRlV"/>
          </w:tcPr>
          <w:p w14:paraId="23FF3994" w14:textId="77777777" w:rsidR="00400BE9" w:rsidRPr="004002C0" w:rsidRDefault="00400BE9" w:rsidP="00400BE9">
            <w:pPr>
              <w:ind w:left="113" w:right="113"/>
              <w:jc w:val="center"/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市町村が発表する</w:t>
            </w:r>
            <w:r w:rsidRPr="003273DE">
              <w:rPr>
                <w:rFonts w:ascii="ＭＳ 明朝" w:eastAsia="ＭＳ 明朝" w:hAnsi="ＭＳ 明朝" w:hint="eastAsia"/>
                <w:lang w:eastAsia="ja-JP"/>
              </w:rPr>
              <w:t>避難情報</w:t>
            </w:r>
          </w:p>
        </w:tc>
        <w:tc>
          <w:tcPr>
            <w:tcW w:w="1379" w:type="dxa"/>
            <w:vMerge w:val="restart"/>
            <w:tcBorders>
              <w:top w:val="single" w:sz="18" w:space="0" w:color="auto"/>
            </w:tcBorders>
            <w:vAlign w:val="center"/>
          </w:tcPr>
          <w:p w14:paraId="1150A2C2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学校が</w:t>
            </w:r>
          </w:p>
          <w:p w14:paraId="5D80A499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所在する</w:t>
            </w:r>
          </w:p>
          <w:p w14:paraId="2B375D4C" w14:textId="77777777" w:rsidR="00400BE9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市町村</w:t>
            </w:r>
          </w:p>
          <w:p w14:paraId="0602ECAD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（蒲郡市）</w:t>
            </w:r>
          </w:p>
        </w:tc>
        <w:tc>
          <w:tcPr>
            <w:tcW w:w="2268" w:type="dxa"/>
            <w:tcBorders>
              <w:top w:val="single" w:sz="18" w:space="0" w:color="auto"/>
              <w:bottom w:val="dashSmallGap" w:sz="4" w:space="0" w:color="auto"/>
            </w:tcBorders>
            <w:vAlign w:val="center"/>
          </w:tcPr>
          <w:p w14:paraId="393E67F0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警戒レベル４以上</w:t>
            </w:r>
          </w:p>
        </w:tc>
        <w:tc>
          <w:tcPr>
            <w:tcW w:w="3260" w:type="dxa"/>
            <w:tcBorders>
              <w:top w:val="single" w:sz="18" w:space="0" w:color="auto"/>
              <w:bottom w:val="dashSmallGap" w:sz="4" w:space="0" w:color="auto"/>
            </w:tcBorders>
            <w:vAlign w:val="center"/>
          </w:tcPr>
          <w:p w14:paraId="2A2639C8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自宅待機</w:t>
            </w:r>
          </w:p>
        </w:tc>
        <w:tc>
          <w:tcPr>
            <w:tcW w:w="2693" w:type="dxa"/>
            <w:tcBorders>
              <w:top w:val="doub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17836E19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校内待機</w:t>
            </w:r>
          </w:p>
          <w:p w14:paraId="282370A7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校外の避難場所への移動</w:t>
            </w:r>
          </w:p>
          <w:p w14:paraId="72A579A7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保護者へ引き渡し等</w:t>
            </w:r>
          </w:p>
        </w:tc>
      </w:tr>
      <w:tr w:rsidR="00400BE9" w:rsidRPr="004002C0" w14:paraId="46D6636E" w14:textId="77777777" w:rsidTr="005510EE">
        <w:trPr>
          <w:cantSplit/>
          <w:trHeight w:val="737"/>
        </w:trPr>
        <w:tc>
          <w:tcPr>
            <w:tcW w:w="583" w:type="dxa"/>
            <w:vMerge/>
            <w:tcBorders>
              <w:left w:val="single" w:sz="18" w:space="0" w:color="auto"/>
            </w:tcBorders>
            <w:textDirection w:val="tbRlV"/>
          </w:tcPr>
          <w:p w14:paraId="0E9CD45F" w14:textId="77777777" w:rsidR="00400BE9" w:rsidRPr="004002C0" w:rsidRDefault="00400BE9" w:rsidP="00400BE9">
            <w:pPr>
              <w:ind w:left="113" w:right="113"/>
              <w:rPr>
                <w:rFonts w:ascii="ＭＳ 明朝" w:eastAsia="ＭＳ 明朝" w:hAnsi="ＭＳ 明朝"/>
              </w:rPr>
            </w:pPr>
          </w:p>
        </w:tc>
        <w:tc>
          <w:tcPr>
            <w:tcW w:w="1379" w:type="dxa"/>
            <w:vMerge/>
            <w:vAlign w:val="center"/>
          </w:tcPr>
          <w:p w14:paraId="318BF02B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6089692D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警戒レベル３以下</w:t>
            </w:r>
          </w:p>
        </w:tc>
        <w:tc>
          <w:tcPr>
            <w:tcW w:w="3260" w:type="dxa"/>
            <w:tcBorders>
              <w:top w:val="dashSmallGap" w:sz="4" w:space="0" w:color="auto"/>
              <w:bottom w:val="single" w:sz="4" w:space="0" w:color="auto"/>
            </w:tcBorders>
            <w:vAlign w:val="center"/>
          </w:tcPr>
          <w:p w14:paraId="1294CF19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平常登校</w:t>
            </w:r>
          </w:p>
        </w:tc>
        <w:tc>
          <w:tcPr>
            <w:tcW w:w="2693" w:type="dxa"/>
            <w:tcBorders>
              <w:top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1D9AD33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平常授業</w:t>
            </w:r>
          </w:p>
        </w:tc>
      </w:tr>
      <w:tr w:rsidR="00400BE9" w:rsidRPr="004002C0" w14:paraId="06DCBE46" w14:textId="77777777" w:rsidTr="005510EE">
        <w:trPr>
          <w:cantSplit/>
          <w:trHeight w:val="961"/>
        </w:trPr>
        <w:tc>
          <w:tcPr>
            <w:tcW w:w="583" w:type="dxa"/>
            <w:vMerge/>
            <w:tcBorders>
              <w:left w:val="single" w:sz="18" w:space="0" w:color="auto"/>
            </w:tcBorders>
            <w:textDirection w:val="tbRlV"/>
          </w:tcPr>
          <w:p w14:paraId="29B14E00" w14:textId="77777777" w:rsidR="00400BE9" w:rsidRPr="004002C0" w:rsidRDefault="00400BE9" w:rsidP="00400BE9">
            <w:pPr>
              <w:ind w:left="113" w:right="113"/>
              <w:rPr>
                <w:rFonts w:ascii="ＭＳ 明朝" w:eastAsia="ＭＳ 明朝" w:hAnsi="ＭＳ 明朝"/>
              </w:rPr>
            </w:pPr>
          </w:p>
        </w:tc>
        <w:tc>
          <w:tcPr>
            <w:tcW w:w="1379" w:type="dxa"/>
            <w:vMerge w:val="restart"/>
            <w:vAlign w:val="center"/>
          </w:tcPr>
          <w:p w14:paraId="120A2414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>
              <w:rPr>
                <w:rFonts w:ascii="ＭＳ 明朝" w:eastAsia="ＭＳ 明朝" w:hAnsi="ＭＳ 明朝" w:hint="eastAsia"/>
                <w:lang w:eastAsia="ja-JP"/>
              </w:rPr>
              <w:t>生徒</w:t>
            </w:r>
            <w:r w:rsidRPr="003273DE">
              <w:rPr>
                <w:rFonts w:ascii="ＭＳ 明朝" w:eastAsia="ＭＳ 明朝" w:hAnsi="ＭＳ 明朝" w:hint="eastAsia"/>
                <w:lang w:eastAsia="ja-JP"/>
              </w:rPr>
              <w:t>が</w:t>
            </w:r>
          </w:p>
          <w:p w14:paraId="2A16D115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居住する</w:t>
            </w:r>
          </w:p>
          <w:p w14:paraId="485FE6D9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市町村</w:t>
            </w:r>
          </w:p>
        </w:tc>
        <w:tc>
          <w:tcPr>
            <w:tcW w:w="2268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2227F2F8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警戒レベル４以上</w:t>
            </w:r>
          </w:p>
        </w:tc>
        <w:tc>
          <w:tcPr>
            <w:tcW w:w="3260" w:type="dxa"/>
            <w:tcBorders>
              <w:top w:val="single" w:sz="4" w:space="0" w:color="auto"/>
              <w:bottom w:val="dashSmallGap" w:sz="4" w:space="0" w:color="auto"/>
            </w:tcBorders>
            <w:vAlign w:val="center"/>
          </w:tcPr>
          <w:p w14:paraId="71A0C94A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避難</w:t>
            </w:r>
          </w:p>
        </w:tc>
        <w:tc>
          <w:tcPr>
            <w:tcW w:w="2693" w:type="dxa"/>
            <w:tcBorders>
              <w:top w:val="single" w:sz="4" w:space="0" w:color="auto"/>
              <w:bottom w:val="dashSmallGap" w:sz="4" w:space="0" w:color="auto"/>
              <w:right w:val="single" w:sz="18" w:space="0" w:color="auto"/>
            </w:tcBorders>
            <w:vAlign w:val="center"/>
          </w:tcPr>
          <w:p w14:paraId="40571ABD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校内待機</w:t>
            </w:r>
          </w:p>
          <w:p w14:paraId="68A98C11" w14:textId="77777777" w:rsidR="00400BE9" w:rsidRPr="003273DE" w:rsidRDefault="00400BE9" w:rsidP="00400BE9">
            <w:pPr>
              <w:rPr>
                <w:rFonts w:ascii="ＭＳ 明朝" w:eastAsia="ＭＳ 明朝" w:hAnsi="ＭＳ 明朝"/>
                <w:lang w:eastAsia="ja-JP"/>
              </w:rPr>
            </w:pPr>
            <w:r w:rsidRPr="003273DE">
              <w:rPr>
                <w:rFonts w:ascii="ＭＳ 明朝" w:eastAsia="ＭＳ 明朝" w:hAnsi="ＭＳ 明朝" w:hint="eastAsia"/>
                <w:lang w:eastAsia="ja-JP"/>
              </w:rPr>
              <w:t>校外の避難場所への移動</w:t>
            </w:r>
          </w:p>
          <w:p w14:paraId="4B6F45FC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保護者へ引き渡し等</w:t>
            </w:r>
          </w:p>
        </w:tc>
      </w:tr>
      <w:tr w:rsidR="00400BE9" w:rsidRPr="004002C0" w14:paraId="132118F5" w14:textId="77777777" w:rsidTr="005510EE">
        <w:trPr>
          <w:cantSplit/>
          <w:trHeight w:val="737"/>
        </w:trPr>
        <w:tc>
          <w:tcPr>
            <w:tcW w:w="583" w:type="dxa"/>
            <w:vMerge/>
            <w:tcBorders>
              <w:left w:val="single" w:sz="18" w:space="0" w:color="auto"/>
              <w:bottom w:val="single" w:sz="18" w:space="0" w:color="auto"/>
            </w:tcBorders>
            <w:textDirection w:val="tbRlV"/>
          </w:tcPr>
          <w:p w14:paraId="5D7C4238" w14:textId="77777777" w:rsidR="00400BE9" w:rsidRPr="004002C0" w:rsidRDefault="00400BE9" w:rsidP="00400BE9">
            <w:pPr>
              <w:ind w:left="113" w:right="113"/>
              <w:rPr>
                <w:rFonts w:ascii="ＭＳ 明朝" w:eastAsia="ＭＳ 明朝" w:hAnsi="ＭＳ 明朝"/>
              </w:rPr>
            </w:pPr>
          </w:p>
        </w:tc>
        <w:tc>
          <w:tcPr>
            <w:tcW w:w="1379" w:type="dxa"/>
            <w:vMerge/>
            <w:tcBorders>
              <w:bottom w:val="single" w:sz="18" w:space="0" w:color="auto"/>
            </w:tcBorders>
            <w:vAlign w:val="center"/>
          </w:tcPr>
          <w:p w14:paraId="0305406E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2268" w:type="dxa"/>
            <w:tcBorders>
              <w:top w:val="dashSmallGap" w:sz="4" w:space="0" w:color="auto"/>
              <w:bottom w:val="single" w:sz="18" w:space="0" w:color="auto"/>
            </w:tcBorders>
            <w:vAlign w:val="center"/>
          </w:tcPr>
          <w:p w14:paraId="7B856684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警戒レベル３以下</w:t>
            </w:r>
          </w:p>
        </w:tc>
        <w:tc>
          <w:tcPr>
            <w:tcW w:w="3260" w:type="dxa"/>
            <w:tcBorders>
              <w:top w:val="dashSmallGap" w:sz="4" w:space="0" w:color="auto"/>
              <w:bottom w:val="single" w:sz="18" w:space="0" w:color="auto"/>
            </w:tcBorders>
            <w:vAlign w:val="center"/>
          </w:tcPr>
          <w:p w14:paraId="47BADCC0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平常登校</w:t>
            </w:r>
          </w:p>
        </w:tc>
        <w:tc>
          <w:tcPr>
            <w:tcW w:w="2693" w:type="dxa"/>
            <w:tcBorders>
              <w:top w:val="dashSmallGap" w:sz="4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6B399D3" w14:textId="77777777" w:rsidR="00400BE9" w:rsidRPr="003273DE" w:rsidRDefault="00400BE9" w:rsidP="00400BE9">
            <w:pPr>
              <w:rPr>
                <w:rFonts w:ascii="ＭＳ 明朝" w:eastAsia="ＭＳ 明朝" w:hAnsi="ＭＳ 明朝"/>
              </w:rPr>
            </w:pPr>
            <w:r w:rsidRPr="003273DE">
              <w:rPr>
                <w:rFonts w:ascii="ＭＳ 明朝" w:eastAsia="ＭＳ 明朝" w:hAnsi="ＭＳ 明朝" w:hint="eastAsia"/>
              </w:rPr>
              <w:t>平常授業</w:t>
            </w:r>
          </w:p>
        </w:tc>
      </w:tr>
    </w:tbl>
    <w:p w14:paraId="2EC3C46E" w14:textId="6BD22F46" w:rsidR="00400BE9" w:rsidRPr="00400BE9" w:rsidRDefault="00400BE9" w:rsidP="005510EE">
      <w:pPr>
        <w:rPr>
          <w:lang w:eastAsia="ja-JP"/>
        </w:rPr>
      </w:pPr>
      <w:r w:rsidRPr="00400BE9">
        <w:rPr>
          <w:rFonts w:hint="eastAsia"/>
          <w:lang w:eastAsia="ja-JP"/>
        </w:rPr>
        <w:t>蒲郡市</w:t>
      </w:r>
      <w:r>
        <w:rPr>
          <w:rFonts w:hint="eastAsia"/>
          <w:lang w:eastAsia="ja-JP"/>
        </w:rPr>
        <w:t>または各生徒の居住地に防災気象情報等が発表された場合の対応</w:t>
      </w:r>
    </w:p>
    <w:p w14:paraId="149823E0" w14:textId="77777777" w:rsidR="004960C3" w:rsidRDefault="004960C3" w:rsidP="004960C3">
      <w:pPr>
        <w:spacing w:after="0"/>
        <w:ind w:leftChars="100" w:left="440" w:hangingChars="100" w:hanging="220"/>
        <w:rPr>
          <w:rFonts w:ascii="ＭＳ 明朝" w:eastAsia="ＭＳ 明朝" w:hAnsi="Century" w:cs="ＭＳ 明朝"/>
          <w:color w:val="000000"/>
          <w:spacing w:val="5"/>
          <w:szCs w:val="21"/>
          <w:lang w:eastAsia="ja-JP"/>
        </w:rPr>
      </w:pPr>
      <w:r>
        <w:rPr>
          <w:rFonts w:ascii="ＭＳ 明朝" w:eastAsia="ＭＳ 明朝" w:hAnsi="ＭＳ 明朝" w:hint="eastAsia"/>
          <w:lang w:eastAsia="ja-JP"/>
        </w:rPr>
        <w:t>※平常登校および平常授業の場合においても、</w:t>
      </w:r>
      <w:r w:rsidRPr="001032BC">
        <w:rPr>
          <w:rFonts w:ascii="ＭＳ 明朝" w:eastAsia="ＭＳ 明朝" w:hAnsi="ＭＳ 明朝" w:cs="ＭＳ 明朝" w:hint="eastAsia"/>
          <w:color w:val="000000"/>
          <w:szCs w:val="21"/>
          <w:lang w:eastAsia="ja-JP"/>
        </w:rPr>
        <w:t>災害の状況及び気象・交通機関・通学路の状況</w:t>
      </w:r>
      <w:r w:rsidRPr="001032BC">
        <w:rPr>
          <w:rFonts w:ascii="ＭＳ 明朝" w:eastAsia="ＭＳ 明朝" w:hAnsi="ＭＳ 明朝" w:hint="eastAsia"/>
          <w:szCs w:val="21"/>
          <w:lang w:eastAsia="ja-JP"/>
        </w:rPr>
        <w:t>等を踏まえて</w:t>
      </w:r>
      <w:r>
        <w:rPr>
          <w:rFonts w:ascii="ＭＳ 明朝" w:eastAsia="ＭＳ 明朝" w:hAnsi="ＭＳ 明朝" w:hint="eastAsia"/>
          <w:szCs w:val="21"/>
          <w:lang w:eastAsia="ja-JP"/>
        </w:rPr>
        <w:t>、</w:t>
      </w:r>
      <w:r w:rsidRPr="001032BC">
        <w:rPr>
          <w:rFonts w:ascii="ＭＳ 明朝" w:eastAsia="ＭＳ 明朝" w:hAnsi="ＭＳ 明朝" w:cs="ＭＳ 明朝" w:hint="eastAsia"/>
          <w:color w:val="000000"/>
          <w:szCs w:val="21"/>
          <w:lang w:eastAsia="ja-JP"/>
        </w:rPr>
        <w:t>休業や授業の中止を</w:t>
      </w:r>
      <w:r w:rsidRPr="004C1887">
        <w:rPr>
          <w:rFonts w:ascii="ＭＳ 明朝" w:eastAsia="ＭＳ 明朝" w:hAnsi="Century" w:cs="ＭＳ 明朝" w:hint="eastAsia"/>
          <w:color w:val="000000"/>
          <w:spacing w:val="5"/>
          <w:szCs w:val="21"/>
          <w:lang w:eastAsia="ja-JP"/>
        </w:rPr>
        <w:t>決定する。</w:t>
      </w:r>
    </w:p>
    <w:p w14:paraId="668BB0DF" w14:textId="3FA47BC3" w:rsidR="00AC27E5" w:rsidRPr="009D39D5" w:rsidRDefault="004960C3" w:rsidP="009D39D5">
      <w:pPr>
        <w:spacing w:after="0"/>
        <w:ind w:leftChars="100" w:left="445" w:hangingChars="100" w:hanging="225"/>
        <w:rPr>
          <w:rFonts w:ascii="ＭＳ 明朝" w:eastAsia="ＭＳ 明朝" w:hAnsi="Century" w:cs="ＭＳ 明朝"/>
          <w:color w:val="000000"/>
          <w:spacing w:val="5"/>
          <w:szCs w:val="21"/>
          <w:lang w:eastAsia="ja-JP"/>
        </w:rPr>
      </w:pPr>
      <w:r>
        <w:rPr>
          <w:rFonts w:ascii="ＭＳ 明朝" w:eastAsia="ＭＳ 明朝" w:hAnsi="Century" w:cs="ＭＳ 明朝" w:hint="eastAsia"/>
          <w:color w:val="000000"/>
          <w:spacing w:val="5"/>
          <w:szCs w:val="21"/>
          <w:lang w:eastAsia="ja-JP"/>
        </w:rPr>
        <w:t>※生徒の居住する地域の</w:t>
      </w:r>
      <w:r w:rsidRPr="001032BC">
        <w:rPr>
          <w:rFonts w:ascii="ＭＳ 明朝" w:eastAsia="ＭＳ 明朝" w:hAnsi="ＭＳ 明朝" w:cs="ＭＳ 明朝" w:hint="eastAsia"/>
          <w:color w:val="000000"/>
          <w:szCs w:val="21"/>
          <w:lang w:eastAsia="ja-JP"/>
        </w:rPr>
        <w:t>災害の状況及び気象・交通機関・通学路の状況</w:t>
      </w:r>
      <w:r>
        <w:rPr>
          <w:rFonts w:ascii="ＭＳ 明朝" w:eastAsia="ＭＳ 明朝" w:hAnsi="Century" w:cs="ＭＳ 明朝" w:hint="eastAsia"/>
          <w:color w:val="000000"/>
          <w:spacing w:val="5"/>
          <w:szCs w:val="21"/>
          <w:lang w:eastAsia="ja-JP"/>
        </w:rPr>
        <w:t>等により、安全に登校できないと校長が認める場合は、該当生徒を自宅待機とする。</w:t>
      </w:r>
    </w:p>
    <w:sectPr w:rsidR="00AC27E5" w:rsidRPr="009D39D5" w:rsidSect="00274A77">
      <w:pgSz w:w="12240" w:h="15840"/>
      <w:pgMar w:top="993" w:right="1183" w:bottom="993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8093B7" w14:textId="77777777" w:rsidR="001A00F3" w:rsidRDefault="001A00F3" w:rsidP="00597C7B">
      <w:pPr>
        <w:spacing w:after="0" w:line="240" w:lineRule="auto"/>
      </w:pPr>
      <w:r>
        <w:separator/>
      </w:r>
    </w:p>
  </w:endnote>
  <w:endnote w:type="continuationSeparator" w:id="0">
    <w:p w14:paraId="31C132A7" w14:textId="77777777" w:rsidR="001A00F3" w:rsidRDefault="001A00F3" w:rsidP="00597C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AD4DBA" w14:textId="77777777" w:rsidR="001A00F3" w:rsidRDefault="001A00F3" w:rsidP="00597C7B">
      <w:pPr>
        <w:spacing w:after="0" w:line="240" w:lineRule="auto"/>
      </w:pPr>
      <w:r>
        <w:separator/>
      </w:r>
    </w:p>
  </w:footnote>
  <w:footnote w:type="continuationSeparator" w:id="0">
    <w:p w14:paraId="55C84536" w14:textId="77777777" w:rsidR="001A00F3" w:rsidRDefault="001A00F3" w:rsidP="00597C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89710423">
    <w:abstractNumId w:val="8"/>
  </w:num>
  <w:num w:numId="2" w16cid:durableId="1661495838">
    <w:abstractNumId w:val="6"/>
  </w:num>
  <w:num w:numId="3" w16cid:durableId="1158617081">
    <w:abstractNumId w:val="5"/>
  </w:num>
  <w:num w:numId="4" w16cid:durableId="1812792929">
    <w:abstractNumId w:val="4"/>
  </w:num>
  <w:num w:numId="5" w16cid:durableId="144054116">
    <w:abstractNumId w:val="7"/>
  </w:num>
  <w:num w:numId="6" w16cid:durableId="1921059562">
    <w:abstractNumId w:val="3"/>
  </w:num>
  <w:num w:numId="7" w16cid:durableId="78019451">
    <w:abstractNumId w:val="2"/>
  </w:num>
  <w:num w:numId="8" w16cid:durableId="2102027641">
    <w:abstractNumId w:val="1"/>
  </w:num>
  <w:num w:numId="9" w16cid:durableId="737636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267FC"/>
    <w:rsid w:val="00034616"/>
    <w:rsid w:val="0006063C"/>
    <w:rsid w:val="0006767C"/>
    <w:rsid w:val="000B73FA"/>
    <w:rsid w:val="00122A94"/>
    <w:rsid w:val="0015074B"/>
    <w:rsid w:val="00151467"/>
    <w:rsid w:val="00152828"/>
    <w:rsid w:val="00153FD4"/>
    <w:rsid w:val="001A00F3"/>
    <w:rsid w:val="002714DB"/>
    <w:rsid w:val="00274A77"/>
    <w:rsid w:val="0029639D"/>
    <w:rsid w:val="002B760E"/>
    <w:rsid w:val="00326F90"/>
    <w:rsid w:val="003273DE"/>
    <w:rsid w:val="003869D7"/>
    <w:rsid w:val="00400BE9"/>
    <w:rsid w:val="004960C3"/>
    <w:rsid w:val="004C70CE"/>
    <w:rsid w:val="005510EE"/>
    <w:rsid w:val="005854DA"/>
    <w:rsid w:val="00596728"/>
    <w:rsid w:val="00597C7B"/>
    <w:rsid w:val="005C46BB"/>
    <w:rsid w:val="005D65DD"/>
    <w:rsid w:val="00645D62"/>
    <w:rsid w:val="00674F02"/>
    <w:rsid w:val="006C1943"/>
    <w:rsid w:val="0072410B"/>
    <w:rsid w:val="007B0FA2"/>
    <w:rsid w:val="007D0ED8"/>
    <w:rsid w:val="008948CE"/>
    <w:rsid w:val="008B3E7D"/>
    <w:rsid w:val="008B6B53"/>
    <w:rsid w:val="008D2FB6"/>
    <w:rsid w:val="009248E4"/>
    <w:rsid w:val="009C6939"/>
    <w:rsid w:val="009D39D5"/>
    <w:rsid w:val="00A811A4"/>
    <w:rsid w:val="00AA1D8D"/>
    <w:rsid w:val="00AC27E5"/>
    <w:rsid w:val="00AC7FFA"/>
    <w:rsid w:val="00AF5766"/>
    <w:rsid w:val="00B07745"/>
    <w:rsid w:val="00B47730"/>
    <w:rsid w:val="00B6641A"/>
    <w:rsid w:val="00C81473"/>
    <w:rsid w:val="00CB0664"/>
    <w:rsid w:val="00D61F89"/>
    <w:rsid w:val="00D6357C"/>
    <w:rsid w:val="00DA0D92"/>
    <w:rsid w:val="00E23833"/>
    <w:rsid w:val="00EB0C64"/>
    <w:rsid w:val="00F83765"/>
    <w:rsid w:val="00FC0738"/>
    <w:rsid w:val="00FC693F"/>
    <w:rsid w:val="00FD1934"/>
    <w:rsid w:val="00FD3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FBE4621"/>
  <w14:defaultImageDpi w14:val="300"/>
  <w15:docId w15:val="{5A259EF8-D60A-4E8D-8000-75041098D4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見出し 1 (文字)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見出し 2 (文字)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見出し 3 (文字)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表題 (文字)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副題 (文字)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マクロ文字列 (文字)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引用文 (文字)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見出し 4 (文字)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見出し 5 (文字)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見出し 6 (文字)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見出し 7 (文字)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見出し 8 (文字)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見出し 9 (文字)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28">
    <w:name w:val="引用文 2 (文字)"/>
    <w:basedOn w:val="a2"/>
    <w:link w:val="27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29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b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2a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c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2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13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14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15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16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17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2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2c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d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2e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2f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2f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2f1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37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38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3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a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3b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3c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3d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4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62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63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64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65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66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67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71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8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83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4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5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6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7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1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10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10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110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11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11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113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5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6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120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1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2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4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26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30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31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32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33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3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35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3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4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41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42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43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4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4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46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114</Words>
  <Characters>656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麻川　生織</cp:lastModifiedBy>
  <cp:revision>2</cp:revision>
  <cp:lastPrinted>2026-02-03T06:40:00Z</cp:lastPrinted>
  <dcterms:created xsi:type="dcterms:W3CDTF">2026-09-29T00:00:00Z</dcterms:created>
  <dcterms:modified xsi:type="dcterms:W3CDTF">2026-09-29T00:00:00Z</dcterms:modified>
  <cp:category/>
</cp:coreProperties>
</file>